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אפשר את הגלובליזציה - גורמים טכנולוגיים ופוליטיים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הטכנולוגיים שהאיצו את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הפוליטיים והכלכליים שאפשרו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סוגי גורמים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מערכות תחבורה ותקשורת ושינויים פוליטיים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הוזילה פי עשרה את העברת הסחורות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סיום המלחמה הקרה והתפוררות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משטר של תחרות, יוזמה פרטית ומעט התערבות ממשלתית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האו״ם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הטכנולוגיה נתנה את היכולת והפוליטיקה נתנה את הרשות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המכולה הוזילה את הובלת הסחורות פי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חברה רב-לאומית פועלת במדינות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גורם פוליטי-כלכלי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מערכות תקשורת שמקצרות זמן ומרחק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בשוק חופשי יש מעט התערבות ממשלתית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בטקסט לגבי התקופה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מלחמה הקרה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שוק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בנק העולמי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רב-לאומיות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גורם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(גורם 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פוליטי-כלכלי)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(גורם פוליטי)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חלוקה לעמודות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טכנולוגי: אינטרנט, מטוס סילון, מכולה, רשתות חברתיות. פוליטי-כלכלי: שוק חופשי, סיום המלחמה הקרה, הסכמי סחר, חברות רב-לאומיות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ארגז מתכת פשוט שאיפשר העמסה ופריקה מהירה וזולה של סחורות, מה שהוזיל פי עשרה את הסחר העולמי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לעמדה ברורה, שני נימוקים רלוונטיים עם דוגמה מהטקסט (כמו מכולה או סיום המלחמה הקרה), והתייחסות הוגנת לטענת הנגד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לתעסוקה מול אובדן הכנסות ממסים, שיקולים כלכליים וחברתיים מאוזנים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גורמים טכנולוגיים וגורמים פוליטיים-כלכליים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טכנולוגית כמו אינטרנט או מכולה, דוגמה פוליטית כמו סיום המלחמה הקרה או שוק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הוזילה פי עשרה את העברת הסחורות בעולם והפכה את הסחר לזול ושכיח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לו רק הטכנולוגיה הייתה קיימת בלי הפתיחות הפוליטית?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בכיתה סביב הדילמה של החברה הרב-לאומית ולתרגל עצירה לפני תגובה 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המותאמת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אפשר את הגלובליזציה - גורמים טכנולוגיים ופוליטיים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לא קרתה במקרה - גורמים טכנולוגיים כמו תחבורה ותקשורת, וגורמים פוליטיים-כלכליים כמו סיום המלחמה הקרה ופתיחת גבולות, יצרו יחד את העולם המחובר של ימינו.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והאיץ את הגלובליזציה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מפות ומצפנים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מערכות תחבורה ותקשורת ושינויים פוליטיים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גשמים ורעידות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מלחמות עולם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המכולה בגלובליזציה?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ייקרה את העברת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הוזילה פי עשרה את העברת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שימשה להעברת אנשים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הייתה המצאה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אירוע פוליטי חשוב קרה בסוף המאה העשרים?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המלחמה הקרה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המלחמה הקרה והתפוררות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המצאת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המכולה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שוק חופשי?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משטר שבו הממשלה שולטת בכל עסק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משטר של תחרות, יוזמה פרטית ומעט התערבות ממשלתית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שסוגר את הגבולות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ללא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מהבאים הוא ארגון בין-לאומי?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חברת תוכנה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המשפט המסכם את הקשר בין טכנולוגיה לפוליטיקה בגלובליזציה?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הטכנולוגיה נתנה את היכולת והפוליטיקה נתנה את הרשות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הפוליטיקה אינה קשורה לגלובליזציה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הטכנולוגיה היא הגורם היחיד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היא ארגז מתכת אחיד שהוזיל את הסחר העולמי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רב-לאומית פועלת רק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המלחמה הקרה הוא גורם טכנולוגי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אינטרנט ולוויינים הם דוגמאות לגורמים טכנולוגיים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חופשי יש התערבות ממשלתית רבה בעסקים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גבולות שנפתחו אפשרו תנועה חופשית של סחורות, השקעות ואנשים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הוזילה את העברת הסחורות בעולם פי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המאה העשרים הסתיימה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משטר שבו עסקים פועלים בתחרות עם מעט התערבות ממשלתית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וקרן המטבע הבין-לאומית הם דוגמאות לארגונים בין-לאומיים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תאגידים ענקיים הפועלים במדינות רבות נקראים חברות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גורם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סיום המלחמה הקרה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פוליטי-כלכלי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שוק חופשי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טכנולוגי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מטוס סילון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טכנולוגי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הסכמי סחר בין-לאומיים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טכנולוגי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חלוקה לעמודות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חלקו את הרשימה לשתי קבוצות - גורם טכנולוגי וגורם פוליטי-כלכלי: אינטרנט, שוק חופשי, מטוס סילון, סיום המלחמה הקרה, מכולה, הסכמי סחר, חברות רב-לאומיות, רשתות חברתיות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המכולה נחשבת המצאה פשוטה אך משמעותית מאוד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צד: הטענה שהטכנולוגיה אפשרה את הגלובליזציה, או הטענה שהשינויים הפוליטיים אפשרו אותה. כתבו פסקה עם שני נימוקים ודוגמה, וגם התייחסות לטענת הנגד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חברה רב-לאומית מציעה לפתוח מפעל במדינה מתפתחת בתמורה לפטור ממסים ל-20 שנה. כתבו עמדה מנומקת - בעד, נגד או תלוי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הגורמים שאפשרו את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טכנולוגי ואחת לגורם פוליטי-כלכלי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המכולה נחשבת המצאה משמעותית כל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אפשר את הגלובליזציה - גורמים טכנולוגיים ופוליטיים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