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אפשר את הגלובליזציה - גורמים טכנולוגיים ופוליטיים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הגורמים הטכנולוגיים שהאיצו את הגלובליזציה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הגורמים הפוליטיים והכלכליים שאפשרו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סוגי גורמים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מערכות תחבורה ותקשורת ושינויים פוליטיים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הוזילה פי עשרה את העברת הסחורות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המכולה הוזילה את הובלת הסחורות פי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חברה רב-לאומית פועלת במדינות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גורם פוליטי-כלכלי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מלחמה הקרה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שוק חופשי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גורם וסוג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(גורם טכנולוגי)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(גורם פוליטי)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(גורם טכנולוגי)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(גורם פוליטי-כלכלי)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חלוקה לעמודות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טכנולוגי: אינטרנט, מטוס סילון, מכולה, רשתות חברתיות. פוליטי-כלכלי: שוק חופשי, סיום המלחמה הקרה, הסכמי סחר, חברות רב-לאומיות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לעמדה ברורה, שני נימוקים רלוונטיים עם דוגמה מהטקסט (כמו מכולה או סיום המלחמה הקרה), והתייחסות הוגנת לטענת הנגד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גורמים טכנולוגיים וגורמים פוליטיים-כלכליים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טכנולוגית כמו אינטרנט או מכולה, דוגמה פוליטית כמו סיום המלחמה הקרה או שוק חופשי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היא הוזילה פי עשרה את העברת הסחורות בעולם והפכה את הסחר לזול ושכיח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מה היה קורה לו רק הטכנולוגיה הייתה קיימת בלי הפתיחות הפוליטית?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להקדיש זמן לדיון בכיתה סביב הדילמה של החברה הרב-לאומית ולתרגל עצירה לפני תגובה רגשית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לגרסה המותאמת לתלמידים בחינוך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אפשר את הגלובליזציה - גורמים טכנולוגיים ופוליטיים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הגלובליזציה לא קרתה במקרה - גורמים טכנולוגיים כמו תחבורה ותקשורת, וגורמים פוליטיים-כלכליים כמו סיום המלחמה הקרה ופתיחת גבולות, יצרו יחד את העולם המחובר של ימינו.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מכולה  ·  שוק חופשי  ·  מלחמה הקרה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אפשר והאיץ את הגלובליזציה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מפות ומצפנים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מערכות תחבורה ותקשורת ושינויים פוליטיים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גשמים ורעידות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 המכולה בגלובליזציה?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ייקרה את העברת הסחורות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הוזילה פי עשרה את העברת הסחורות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שימשה להעברת אנשים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המכולה היא ארגז מתכת אחיד שהוזיל את הסחר העולמי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חברה רב-לאומית פועלת רק במדינה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סיום המלחמה הקרה הוא גורם טכנולוגי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הוזילה את העברת הסחורות בעולם פי עשרה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בסוף המאה העשרים הסתיימה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הוא משטר שבו עסקים פועלים בתחרות עם מעט התערבות ממשלתית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גורם וסוג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אינטרנט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גורם פוליטי-כלכלי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סיום המלחמה הקרה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גורם טכנולוגי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מכולה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גורם טכנולוגי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שוק חופשי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גורם פוליטי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חלוקה לעמודות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חלקו את הרשימה לשתי קבוצות - גורם טכנולוגי וגורם פוליטי-כלכלי: אינטרנט, שוק חופשי, מטוס סילון, סיום המלחמה הקרה, מכולה, הסכמי סחר, חברות רב-לאומיות, רשתות חברתיות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צד: הטענה שהטכנולוגיה אפשרה את הגלובליזציה, או הטענה שהשינויים הפוליטיים אפשרו אותה. כתבו פסקה עם שני נימוקים ודוגמה, וגם התייחסות לטענת הנגד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סוגי הגורמים שאפשרו את הגלובליזציה?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לגורם טכנולוגי ואחת לגורם פוליטי-כלכלי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אפשר את הגלובליזציה - גורמים טכנולוגיים ופוליטיים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